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A805" w14:textId="77777777" w:rsidR="00A40A15" w:rsidRPr="004A4F52" w:rsidRDefault="00000000">
      <w:pPr>
        <w:jc w:val="center"/>
        <w:rPr>
          <w:lang w:val="it-IT"/>
        </w:rPr>
      </w:pPr>
      <w:r w:rsidRPr="004A4F52">
        <w:rPr>
          <w:b/>
          <w:sz w:val="28"/>
          <w:lang w:val="it-IT"/>
        </w:rPr>
        <w:t>ALLEGATO A</w:t>
      </w:r>
    </w:p>
    <w:p w14:paraId="3691A3FB" w14:textId="77777777" w:rsidR="00A40A15" w:rsidRPr="004A4F52" w:rsidRDefault="00000000">
      <w:pPr>
        <w:jc w:val="center"/>
        <w:rPr>
          <w:lang w:val="it-IT"/>
        </w:rPr>
      </w:pPr>
      <w:r w:rsidRPr="004A4F52">
        <w:rPr>
          <w:b/>
          <w:sz w:val="24"/>
          <w:lang w:val="it-IT"/>
        </w:rPr>
        <w:t>MODELLO DI MANIFESTAZIONE D'INTERESSE</w:t>
      </w:r>
    </w:p>
    <w:p w14:paraId="0C4C97B3" w14:textId="77777777" w:rsidR="00A40A15" w:rsidRPr="004A4F52" w:rsidRDefault="00000000">
      <w:pPr>
        <w:jc w:val="center"/>
        <w:rPr>
          <w:lang w:val="it-IT"/>
        </w:rPr>
      </w:pPr>
      <w:r w:rsidRPr="004A4F52">
        <w:rPr>
          <w:lang w:val="it-IT"/>
        </w:rPr>
        <w:t>per l'eventuale acquisto del comparto immobiliare denominato “Annonaria” sito in Cremona, via del Macello</w:t>
      </w:r>
    </w:p>
    <w:p w14:paraId="710FE26A" w14:textId="77777777" w:rsidR="004A4F52" w:rsidRPr="004A4F52" w:rsidRDefault="004A4F52">
      <w:pPr>
        <w:jc w:val="center"/>
        <w:rPr>
          <w:lang w:val="it-IT"/>
        </w:rPr>
      </w:pPr>
    </w:p>
    <w:p w14:paraId="71645463" w14:textId="710C121F" w:rsidR="00A40A15" w:rsidRDefault="00000000">
      <w:pPr>
        <w:jc w:val="right"/>
        <w:rPr>
          <w:lang w:val="it-IT"/>
        </w:rPr>
      </w:pPr>
      <w:r w:rsidRPr="004A4F52">
        <w:rPr>
          <w:b/>
          <w:lang w:val="it-IT"/>
        </w:rPr>
        <w:t>Spett.le</w:t>
      </w:r>
      <w:r w:rsidRPr="004A4F52">
        <w:rPr>
          <w:b/>
          <w:lang w:val="it-IT"/>
        </w:rPr>
        <w:br/>
      </w:r>
      <w:r w:rsidRPr="004A4F52">
        <w:rPr>
          <w:b/>
          <w:bCs/>
          <w:lang w:val="it-IT"/>
        </w:rPr>
        <w:t>AEM Cremona S.p.A.</w:t>
      </w:r>
      <w:r w:rsidRPr="004A4F52">
        <w:rPr>
          <w:lang w:val="it-IT"/>
        </w:rPr>
        <w:br/>
        <w:t>Via Persico n. 31</w:t>
      </w:r>
      <w:r w:rsidRPr="004A4F52">
        <w:rPr>
          <w:lang w:val="it-IT"/>
        </w:rPr>
        <w:br/>
        <w:t>26100 Cremona</w:t>
      </w:r>
      <w:r w:rsidRPr="004A4F52">
        <w:rPr>
          <w:lang w:val="it-IT"/>
        </w:rPr>
        <w:br/>
        <w:t xml:space="preserve">PEC: </w:t>
      </w:r>
      <w:hyperlink r:id="rId8" w:history="1">
        <w:r w:rsidR="004A4F52" w:rsidRPr="0025099B">
          <w:rPr>
            <w:rStyle w:val="Collegamentoipertestuale"/>
            <w:color w:val="auto"/>
            <w:u w:val="none"/>
            <w:lang w:val="it-IT"/>
          </w:rPr>
          <w:t>aemspa@pec.aemcremona.it</w:t>
        </w:r>
      </w:hyperlink>
    </w:p>
    <w:p w14:paraId="2E5F26FA" w14:textId="77777777" w:rsidR="0025099B" w:rsidRPr="004A4F52" w:rsidRDefault="0025099B" w:rsidP="0025099B">
      <w:pPr>
        <w:rPr>
          <w:lang w:val="it-IT"/>
        </w:rPr>
      </w:pPr>
    </w:p>
    <w:p w14:paraId="31065A2B" w14:textId="1D884040" w:rsidR="00A40A15" w:rsidRDefault="00000000">
      <w:pPr>
        <w:rPr>
          <w:lang w:val="it-IT"/>
        </w:rPr>
      </w:pPr>
      <w:r w:rsidRPr="004A4F52">
        <w:rPr>
          <w:b/>
          <w:lang w:val="it-IT"/>
        </w:rPr>
        <w:t xml:space="preserve">Oggetto: </w:t>
      </w:r>
      <w:r w:rsidRPr="00226398">
        <w:rPr>
          <w:u w:val="single"/>
          <w:lang w:val="it-IT"/>
        </w:rPr>
        <w:t>Manifestazione d’interesse per l’eventuale acquisto del comparto immobiliare denominato “Annonaria” sito in Cremona, via del Macello</w:t>
      </w:r>
      <w:r w:rsidR="00930AD8">
        <w:rPr>
          <w:u w:val="single"/>
          <w:lang w:val="it-IT"/>
        </w:rPr>
        <w:t>, via dell’Annona</w:t>
      </w:r>
      <w:r w:rsidRPr="004A4F52">
        <w:rPr>
          <w:lang w:val="it-IT"/>
        </w:rPr>
        <w:t>.</w:t>
      </w:r>
    </w:p>
    <w:p w14:paraId="00709A00" w14:textId="77777777" w:rsidR="00226398" w:rsidRPr="004A4F52" w:rsidRDefault="00226398" w:rsidP="0025099B">
      <w:pPr>
        <w:spacing w:after="0" w:line="240" w:lineRule="auto"/>
        <w:rPr>
          <w:lang w:val="it-IT"/>
        </w:rPr>
      </w:pPr>
    </w:p>
    <w:p w14:paraId="5BBDF55E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 xml:space="preserve">1. </w:t>
      </w:r>
      <w:r w:rsidRPr="0025099B">
        <w:rPr>
          <w:sz w:val="24"/>
          <w:szCs w:val="24"/>
          <w:u w:val="single"/>
          <w:lang w:val="it-IT"/>
        </w:rPr>
        <w:t>Dati del soggetto interessato</w:t>
      </w:r>
    </w:p>
    <w:p w14:paraId="332976D2" w14:textId="77777777" w:rsidR="00226398" w:rsidRPr="00226398" w:rsidRDefault="00226398" w:rsidP="0025099B">
      <w:pPr>
        <w:spacing w:after="0" w:line="240" w:lineRule="auto"/>
        <w:rPr>
          <w:lang w:val="it-IT"/>
        </w:rPr>
      </w:pPr>
    </w:p>
    <w:p w14:paraId="05760056" w14:textId="092A25F8" w:rsidR="00A40A15" w:rsidRPr="004A4F52" w:rsidRDefault="00000000" w:rsidP="0025099B">
      <w:pPr>
        <w:spacing w:after="0" w:line="240" w:lineRule="auto"/>
        <w:rPr>
          <w:lang w:val="it-IT"/>
        </w:rPr>
      </w:pPr>
      <w:r w:rsidRPr="004A4F52">
        <w:rPr>
          <w:lang w:val="it-IT"/>
        </w:rPr>
        <w:t>Il/La sottoscritto/a:</w:t>
      </w:r>
      <w:r w:rsidR="00226398">
        <w:rPr>
          <w:lang w:val="it-IT"/>
        </w:rPr>
        <w:t xml:space="preserve"> </w:t>
      </w:r>
      <w:r w:rsidR="0025099B">
        <w:rPr>
          <w:b/>
          <w:lang w:val="it-IT"/>
        </w:rPr>
        <w:t>n</w:t>
      </w:r>
      <w:r w:rsidRPr="004A4F52">
        <w:rPr>
          <w:b/>
          <w:lang w:val="it-IT"/>
        </w:rPr>
        <w:t xml:space="preserve">ome e cognome / </w:t>
      </w:r>
      <w:r w:rsidR="0025099B">
        <w:rPr>
          <w:b/>
          <w:lang w:val="it-IT"/>
        </w:rPr>
        <w:t>d</w:t>
      </w:r>
      <w:r w:rsidRPr="004A4F52">
        <w:rPr>
          <w:b/>
          <w:lang w:val="it-IT"/>
        </w:rPr>
        <w:t>enominazione o ragione sociale:</w:t>
      </w:r>
      <w:r w:rsidRPr="004A4F52">
        <w:rPr>
          <w:lang w:val="it-IT"/>
        </w:rPr>
        <w:t xml:space="preserve"> ______________________________________________________________________</w:t>
      </w:r>
    </w:p>
    <w:p w14:paraId="06F3F81B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0885F930" w14:textId="4C313753" w:rsidR="00226398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c</w:t>
      </w:r>
      <w:r w:rsidRPr="004A4F52">
        <w:rPr>
          <w:b/>
          <w:lang w:val="it-IT"/>
        </w:rPr>
        <w:t>odice fiscale:</w:t>
      </w:r>
      <w:r w:rsidRPr="004A4F52">
        <w:rPr>
          <w:lang w:val="it-IT"/>
        </w:rPr>
        <w:t xml:space="preserve"> </w:t>
      </w:r>
    </w:p>
    <w:p w14:paraId="1AF78902" w14:textId="20BBAAEA" w:rsidR="00A40A15" w:rsidRDefault="00000000" w:rsidP="0025099B">
      <w:pPr>
        <w:spacing w:after="0" w:line="240" w:lineRule="auto"/>
        <w:rPr>
          <w:lang w:val="it-IT"/>
        </w:rPr>
      </w:pPr>
      <w:r w:rsidRPr="004A4F52">
        <w:rPr>
          <w:lang w:val="it-IT"/>
        </w:rPr>
        <w:t>_________________________________________________________</w:t>
      </w:r>
      <w:r w:rsidR="00226398">
        <w:rPr>
          <w:lang w:val="it-IT"/>
        </w:rPr>
        <w:t>_____________</w:t>
      </w:r>
    </w:p>
    <w:p w14:paraId="13103298" w14:textId="77777777" w:rsidR="00226398" w:rsidRPr="004A4F52" w:rsidRDefault="00226398" w:rsidP="0025099B">
      <w:pPr>
        <w:spacing w:after="0" w:line="240" w:lineRule="auto"/>
        <w:rPr>
          <w:lang w:val="it-IT"/>
        </w:rPr>
      </w:pPr>
    </w:p>
    <w:p w14:paraId="254FDA2F" w14:textId="66326D89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p</w:t>
      </w:r>
      <w:r w:rsidRPr="004A4F52">
        <w:rPr>
          <w:b/>
          <w:lang w:val="it-IT"/>
        </w:rPr>
        <w:t>artita IVA, se presente:</w:t>
      </w:r>
      <w:r w:rsidRPr="004A4F52">
        <w:rPr>
          <w:lang w:val="it-IT"/>
        </w:rPr>
        <w:t xml:space="preserve"> ______________________________________________________________________</w:t>
      </w:r>
    </w:p>
    <w:p w14:paraId="44502E50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0372095B" w14:textId="3B8361BE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l</w:t>
      </w:r>
      <w:r w:rsidRPr="004A4F52">
        <w:rPr>
          <w:b/>
          <w:lang w:val="it-IT"/>
        </w:rPr>
        <w:t>uogo e data di nascita, se persona fisica:</w:t>
      </w:r>
      <w:r w:rsidRPr="004A4F52">
        <w:rPr>
          <w:lang w:val="it-IT"/>
        </w:rPr>
        <w:t xml:space="preserve"> ______________________________________________________________________</w:t>
      </w:r>
    </w:p>
    <w:p w14:paraId="48A9F9B0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48DD9816" w14:textId="35B14A95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s</w:t>
      </w:r>
      <w:r w:rsidRPr="004A4F52">
        <w:rPr>
          <w:b/>
          <w:lang w:val="it-IT"/>
        </w:rPr>
        <w:t xml:space="preserve">ede legale / </w:t>
      </w:r>
      <w:r w:rsidR="0045171D">
        <w:rPr>
          <w:b/>
          <w:lang w:val="it-IT"/>
        </w:rPr>
        <w:t>r</w:t>
      </w:r>
      <w:r w:rsidRPr="004A4F52">
        <w:rPr>
          <w:b/>
          <w:lang w:val="it-IT"/>
        </w:rPr>
        <w:t>esidenza:</w:t>
      </w:r>
      <w:r w:rsidRPr="004A4F52">
        <w:rPr>
          <w:lang w:val="it-IT"/>
        </w:rPr>
        <w:t xml:space="preserve"> ______________________________________________________________________</w:t>
      </w:r>
    </w:p>
    <w:p w14:paraId="1A6C4E03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78206E63" w14:textId="2D2F203F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i</w:t>
      </w:r>
      <w:r w:rsidRPr="004A4F52">
        <w:rPr>
          <w:b/>
          <w:lang w:val="it-IT"/>
        </w:rPr>
        <w:t>ndirizzo PEC:</w:t>
      </w:r>
      <w:r w:rsidRPr="004A4F52">
        <w:rPr>
          <w:lang w:val="it-IT"/>
        </w:rPr>
        <w:t xml:space="preserve"> __________________________________________________________</w:t>
      </w:r>
    </w:p>
    <w:p w14:paraId="4CD88E0F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0F37C979" w14:textId="6203BF99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e</w:t>
      </w:r>
      <w:r w:rsidRPr="004A4F52">
        <w:rPr>
          <w:b/>
          <w:lang w:val="it-IT"/>
        </w:rPr>
        <w:t>-mail:</w:t>
      </w:r>
      <w:r w:rsidRPr="004A4F52">
        <w:rPr>
          <w:lang w:val="it-IT"/>
        </w:rPr>
        <w:t xml:space="preserve"> ________________________________________________________________</w:t>
      </w:r>
    </w:p>
    <w:p w14:paraId="555B64BC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6A38E405" w14:textId="0565ABB0" w:rsidR="00A40A15" w:rsidRPr="004A4F52" w:rsidRDefault="0025099B" w:rsidP="0025099B">
      <w:pPr>
        <w:spacing w:after="0" w:line="240" w:lineRule="auto"/>
        <w:rPr>
          <w:lang w:val="it-IT"/>
        </w:rPr>
      </w:pPr>
      <w:r>
        <w:rPr>
          <w:b/>
          <w:lang w:val="it-IT"/>
        </w:rPr>
        <w:t>t</w:t>
      </w:r>
      <w:r w:rsidRPr="004A4F52">
        <w:rPr>
          <w:b/>
          <w:lang w:val="it-IT"/>
        </w:rPr>
        <w:t>elefono:</w:t>
      </w:r>
      <w:r w:rsidRPr="004A4F52">
        <w:rPr>
          <w:lang w:val="it-IT"/>
        </w:rPr>
        <w:t xml:space="preserve"> ______________________________________________________________</w:t>
      </w:r>
    </w:p>
    <w:p w14:paraId="2CFC39A7" w14:textId="77777777" w:rsidR="00226398" w:rsidRDefault="00226398" w:rsidP="0025099B">
      <w:pPr>
        <w:spacing w:after="0" w:line="240" w:lineRule="auto"/>
        <w:rPr>
          <w:b/>
          <w:lang w:val="it-IT"/>
        </w:rPr>
      </w:pPr>
    </w:p>
    <w:p w14:paraId="23909572" w14:textId="2E3471BD" w:rsidR="00A40A15" w:rsidRPr="004A4F52" w:rsidRDefault="00000000" w:rsidP="0025099B">
      <w:pPr>
        <w:spacing w:after="0" w:line="240" w:lineRule="auto"/>
        <w:rPr>
          <w:lang w:val="it-IT"/>
        </w:rPr>
      </w:pPr>
      <w:r w:rsidRPr="004A4F52">
        <w:rPr>
          <w:b/>
          <w:lang w:val="it-IT"/>
        </w:rPr>
        <w:t>Referente operativo, se diverso dal sottoscrittore:</w:t>
      </w:r>
      <w:r w:rsidRPr="004A4F52">
        <w:rPr>
          <w:lang w:val="it-IT"/>
        </w:rPr>
        <w:t xml:space="preserve"> ______________________________________________________________________</w:t>
      </w:r>
    </w:p>
    <w:p w14:paraId="76B103D2" w14:textId="77777777" w:rsidR="0025099B" w:rsidRDefault="0025099B" w:rsidP="0025099B">
      <w:pPr>
        <w:spacing w:after="0" w:line="240" w:lineRule="auto"/>
        <w:rPr>
          <w:lang w:val="it-IT"/>
        </w:rPr>
      </w:pPr>
    </w:p>
    <w:p w14:paraId="7CC1F307" w14:textId="136722DC" w:rsidR="00A40A15" w:rsidRPr="004A4F52" w:rsidRDefault="00000000" w:rsidP="0025099B">
      <w:pPr>
        <w:spacing w:after="0" w:line="360" w:lineRule="auto"/>
        <w:rPr>
          <w:lang w:val="it-IT"/>
        </w:rPr>
      </w:pPr>
      <w:r w:rsidRPr="004A4F52">
        <w:rPr>
          <w:lang w:val="it-IT"/>
        </w:rPr>
        <w:t>in qualità di:</w:t>
      </w:r>
    </w:p>
    <w:p w14:paraId="379551B9" w14:textId="77777777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soggetto interessato in proprio</w:t>
      </w:r>
    </w:p>
    <w:p w14:paraId="766CFB8C" w14:textId="77777777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legale rappresentante</w:t>
      </w:r>
    </w:p>
    <w:p w14:paraId="4DFB25CA" w14:textId="77777777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procuratore/delegato</w:t>
      </w:r>
    </w:p>
    <w:p w14:paraId="36E5A102" w14:textId="77777777" w:rsidR="00A40A15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altro: ________________________________________________</w:t>
      </w:r>
    </w:p>
    <w:p w14:paraId="532DC4BE" w14:textId="77777777" w:rsidR="0025099B" w:rsidRPr="004A4F52" w:rsidRDefault="0025099B" w:rsidP="0025099B">
      <w:pPr>
        <w:spacing w:after="0" w:line="240" w:lineRule="auto"/>
        <w:rPr>
          <w:lang w:val="it-IT"/>
        </w:rPr>
      </w:pPr>
    </w:p>
    <w:p w14:paraId="225E8F69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 xml:space="preserve">2. </w:t>
      </w:r>
      <w:r w:rsidRPr="0025099B">
        <w:rPr>
          <w:sz w:val="24"/>
          <w:szCs w:val="24"/>
          <w:u w:val="single"/>
          <w:lang w:val="it-IT"/>
        </w:rPr>
        <w:t>Manifestazione d’interesse</w:t>
      </w:r>
    </w:p>
    <w:p w14:paraId="5676240A" w14:textId="77777777" w:rsidR="0025099B" w:rsidRPr="0025099B" w:rsidRDefault="0025099B" w:rsidP="0025099B">
      <w:pPr>
        <w:spacing w:after="0" w:line="240" w:lineRule="auto"/>
        <w:rPr>
          <w:lang w:val="it-IT"/>
        </w:rPr>
      </w:pPr>
    </w:p>
    <w:p w14:paraId="20B08623" w14:textId="77777777" w:rsidR="00A40A15" w:rsidRPr="004A4F52" w:rsidRDefault="00000000" w:rsidP="0025099B">
      <w:pPr>
        <w:spacing w:after="0" w:line="360" w:lineRule="auto"/>
        <w:jc w:val="both"/>
        <w:rPr>
          <w:lang w:val="it-IT"/>
        </w:rPr>
      </w:pPr>
      <w:r w:rsidRPr="004A4F52">
        <w:rPr>
          <w:lang w:val="it-IT"/>
        </w:rPr>
        <w:t>Con riferimento all’avviso pubblico per manifestazione d’interesse pubblicato da AEM Cremona S.p.A., il soggetto sopra indicato manifesta il proprio interesse all’eventuale acquisto di:</w:t>
      </w:r>
    </w:p>
    <w:p w14:paraId="2F16C222" w14:textId="7254C501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lastRenderedPageBreak/>
        <w:t>☐ intero comparto immobiliare denominato “</w:t>
      </w:r>
      <w:r w:rsidR="00930AD8">
        <w:rPr>
          <w:lang w:val="it-IT"/>
        </w:rPr>
        <w:t xml:space="preserve">ex </w:t>
      </w:r>
      <w:r w:rsidRPr="004A4F52">
        <w:rPr>
          <w:lang w:val="it-IT"/>
        </w:rPr>
        <w:t>Annonaria”</w:t>
      </w:r>
    </w:p>
    <w:p w14:paraId="17226EE4" w14:textId="7E512986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 xml:space="preserve">☐ Lotto 1 - </w:t>
      </w:r>
      <w:r w:rsidR="00930AD8" w:rsidRPr="004A4F52">
        <w:rPr>
          <w:lang w:val="it-IT"/>
        </w:rPr>
        <w:t>Edificio ex Mercato Ortofrutticolo</w:t>
      </w:r>
      <w:r w:rsidR="00930AD8" w:rsidRPr="004A4F52">
        <w:rPr>
          <w:lang w:val="it-IT"/>
        </w:rPr>
        <w:t xml:space="preserve"> </w:t>
      </w:r>
    </w:p>
    <w:p w14:paraId="1F04E0D2" w14:textId="6DF0AB66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 xml:space="preserve">☐ Lotto 2 - </w:t>
      </w:r>
      <w:r w:rsidR="00930AD8" w:rsidRPr="004A4F52">
        <w:rPr>
          <w:lang w:val="it-IT"/>
        </w:rPr>
        <w:t>Edificio ex Magazzini Cariplo</w:t>
      </w:r>
    </w:p>
    <w:p w14:paraId="1931906A" w14:textId="0AB2F517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 xml:space="preserve">☐ Lotto 3 - </w:t>
      </w:r>
      <w:r w:rsidR="00930AD8" w:rsidRPr="004A4F52">
        <w:rPr>
          <w:lang w:val="it-IT"/>
        </w:rPr>
        <w:t>Terreno edificabile</w:t>
      </w:r>
    </w:p>
    <w:p w14:paraId="76776E97" w14:textId="50E2BE10" w:rsidR="00A40A15" w:rsidRDefault="00000000" w:rsidP="0025099B">
      <w:pPr>
        <w:spacing w:after="0" w:line="360" w:lineRule="auto"/>
        <w:rPr>
          <w:lang w:val="it-IT"/>
        </w:rPr>
      </w:pPr>
      <w:r w:rsidRPr="004A4F52">
        <w:rPr>
          <w:lang w:val="it-IT"/>
        </w:rPr>
        <w:t>Eventuali ulteriori indicazioni del soggetto interessato:</w:t>
      </w:r>
      <w:r w:rsidR="0025099B">
        <w:rPr>
          <w:lang w:val="it-IT"/>
        </w:rPr>
        <w:t xml:space="preserve"> ______________________________________________</w:t>
      </w:r>
    </w:p>
    <w:p w14:paraId="68F55FD2" w14:textId="77777777" w:rsidR="0025099B" w:rsidRPr="004A4F52" w:rsidRDefault="0025099B" w:rsidP="0025099B">
      <w:pPr>
        <w:spacing w:after="0" w:line="240" w:lineRule="auto"/>
        <w:rPr>
          <w:lang w:val="it-IT"/>
        </w:rPr>
      </w:pPr>
    </w:p>
    <w:p w14:paraId="5EDA94A9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 xml:space="preserve">3. </w:t>
      </w:r>
      <w:r w:rsidRPr="0025099B">
        <w:rPr>
          <w:sz w:val="24"/>
          <w:szCs w:val="24"/>
          <w:u w:val="single"/>
          <w:lang w:val="it-IT"/>
        </w:rPr>
        <w:t>Dichiarazioni</w:t>
      </w:r>
    </w:p>
    <w:p w14:paraId="0349B4D0" w14:textId="77777777" w:rsidR="0025099B" w:rsidRPr="0025099B" w:rsidRDefault="0025099B" w:rsidP="0025099B">
      <w:pPr>
        <w:spacing w:after="0" w:line="360" w:lineRule="auto"/>
        <w:rPr>
          <w:lang w:val="it-IT"/>
        </w:rPr>
      </w:pPr>
    </w:p>
    <w:p w14:paraId="0285F057" w14:textId="77777777" w:rsidR="00A40A15" w:rsidRPr="004A4F52" w:rsidRDefault="00000000" w:rsidP="0025099B">
      <w:pPr>
        <w:spacing w:after="0" w:line="360" w:lineRule="auto"/>
        <w:jc w:val="both"/>
        <w:rPr>
          <w:lang w:val="it-IT"/>
        </w:rPr>
      </w:pPr>
      <w:r w:rsidRPr="004A4F52">
        <w:rPr>
          <w:lang w:val="it-IT"/>
        </w:rPr>
        <w:t>Il soggetto interessato, ai fini della presente manifestazione d’interesse, dichiara:</w:t>
      </w:r>
    </w:p>
    <w:p w14:paraId="539D3FDC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avere preso visione dell’avviso pubblico e di accettarne integralmente il contenuto;</w:t>
      </w:r>
    </w:p>
    <w:p w14:paraId="57F2B8DC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prendere atto della natura esclusivamente esplorativa, non vincolante e non comparativa del presente avviso;</w:t>
      </w:r>
    </w:p>
    <w:p w14:paraId="57E0BB5D" w14:textId="77777777" w:rsidR="00226398" w:rsidRDefault="00226398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>
        <w:rPr>
          <w:lang w:val="it-IT"/>
        </w:rPr>
        <w:t>d</w:t>
      </w:r>
      <w:r w:rsidRPr="00226398">
        <w:rPr>
          <w:lang w:val="it-IT"/>
        </w:rPr>
        <w:t>i prendere atto che la presentazione della manifestazione d’interesse non costituisce offerta, proposta contrattuale, promessa di acquisto, né attribuisce alcun diritto di prelazione, preferenza, priorità o partecipazione riservata alla successiva procedura;</w:t>
      </w:r>
    </w:p>
    <w:p w14:paraId="2C12200B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prendere atto che AEM Cremona S.p.A. potrà sospendere, modificare, prorogare, revocare o non dare seguito all’avviso, senza che ciò comporti pretese, indennizzi o risarcimenti;</w:t>
      </w:r>
    </w:p>
    <w:p w14:paraId="24F42B77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prendere atto che l’eventuale alienazione avverrà mediante successiva procedura competitiva con offerte in aumento, aperta anche a soggetti che non abbiano presentato manifestazione d’interesse nell’ambito dell’avviso;</w:t>
      </w:r>
    </w:p>
    <w:p w14:paraId="4E4849A6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prendere atto che le condizioni di vendita, il prezzo a base della procedura, le garanzie richieste, i termini di partecipazione, le modalità di presentazione delle offerte e i criteri di aggiudicazione saranno disciplinati da separato avviso, bando o disciplinare della procedura;</w:t>
      </w:r>
    </w:p>
    <w:p w14:paraId="1E86442C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prendere atto che gli immobili saranno eventualmente ceduti a corpo e non a misura, nello stato di fatto e di diritto in cui si trovano, con ogni accessione, pertinenza, servitù, vincolo, onere, peso, limitazione, difformità o criticità, se e come esistente, salvo quanto diversamente previsto nella successiva procedura;</w:t>
      </w:r>
    </w:p>
    <w:p w14:paraId="562439B3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essere consapevole che ogni verifica sulla consistenza e sullo stato catastale, urbanistico, edilizio, ambientale, manutentivo, vincolistico, amministrativo e occupazionale degli immobili resta a carico del soggetto interessato;</w:t>
      </w:r>
    </w:p>
    <w:p w14:paraId="394B4064" w14:textId="77777777" w:rsidR="00226398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di non trovarsi, ove applicabile, in condizioni che impediscano di contrarre con soggetti pubblici o società a controllo pubblico;</w:t>
      </w:r>
    </w:p>
    <w:p w14:paraId="569363C4" w14:textId="42AB1B83" w:rsidR="00A40A15" w:rsidRDefault="00000000" w:rsidP="0025099B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lang w:val="it-IT"/>
        </w:rPr>
      </w:pPr>
      <w:r w:rsidRPr="00226398">
        <w:rPr>
          <w:lang w:val="it-IT"/>
        </w:rPr>
        <w:t>che i dati e le dichiarazioni rese nella presente manifestazione d’interesse sono veritieri e aggiornati alla data di sottoscrizione.</w:t>
      </w:r>
    </w:p>
    <w:p w14:paraId="7A2D94A7" w14:textId="77777777" w:rsidR="0025099B" w:rsidRPr="00226398" w:rsidRDefault="0025099B" w:rsidP="0025099B">
      <w:pPr>
        <w:pStyle w:val="Paragrafoelenco"/>
        <w:spacing w:after="0" w:line="240" w:lineRule="auto"/>
        <w:rPr>
          <w:lang w:val="it-IT"/>
        </w:rPr>
      </w:pPr>
    </w:p>
    <w:p w14:paraId="5D1BC5E4" w14:textId="0D83A495" w:rsidR="00226398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>4. Ulteriori dichiarazioni per persone giuridiche, società, enti, consorzi o raggruppamenti</w:t>
      </w:r>
    </w:p>
    <w:p w14:paraId="51F59F60" w14:textId="77777777" w:rsidR="00226398" w:rsidRDefault="00226398" w:rsidP="0025099B">
      <w:pPr>
        <w:spacing w:after="0" w:line="240" w:lineRule="auto"/>
        <w:rPr>
          <w:lang w:val="it-IT"/>
        </w:rPr>
      </w:pPr>
    </w:p>
    <w:p w14:paraId="63A28A91" w14:textId="0E4D990F" w:rsidR="00A40A15" w:rsidRPr="004A4F52" w:rsidRDefault="00000000" w:rsidP="0025099B">
      <w:pPr>
        <w:spacing w:after="0" w:line="240" w:lineRule="auto"/>
        <w:rPr>
          <w:lang w:val="it-IT"/>
        </w:rPr>
      </w:pPr>
      <w:r w:rsidRPr="004A4F52">
        <w:rPr>
          <w:lang w:val="it-IT"/>
        </w:rPr>
        <w:t>Da compilare ove applicabile.</w:t>
      </w:r>
    </w:p>
    <w:p w14:paraId="6DAACEF0" w14:textId="53E0B6BC" w:rsidR="00A40A15" w:rsidRPr="00226398" w:rsidRDefault="00000000" w:rsidP="0025099B">
      <w:pPr>
        <w:pStyle w:val="Paragrafoelenco"/>
        <w:numPr>
          <w:ilvl w:val="0"/>
          <w:numId w:val="11"/>
        </w:numPr>
        <w:spacing w:after="0" w:line="360" w:lineRule="auto"/>
        <w:ind w:left="828" w:hanging="357"/>
        <w:jc w:val="both"/>
        <w:rPr>
          <w:lang w:val="it-IT"/>
        </w:rPr>
      </w:pPr>
      <w:r w:rsidRPr="00226398">
        <w:rPr>
          <w:lang w:val="it-IT"/>
        </w:rPr>
        <w:t>che il sottoscrittore è munito dei necessari poteri di rappresentanza, firma o delega;</w:t>
      </w:r>
    </w:p>
    <w:p w14:paraId="4CD1CD77" w14:textId="51B3FB78" w:rsidR="00A40A15" w:rsidRPr="00226398" w:rsidRDefault="00000000" w:rsidP="0025099B">
      <w:pPr>
        <w:pStyle w:val="Paragrafoelenco"/>
        <w:numPr>
          <w:ilvl w:val="0"/>
          <w:numId w:val="11"/>
        </w:numPr>
        <w:spacing w:after="0" w:line="360" w:lineRule="auto"/>
        <w:ind w:left="828" w:hanging="357"/>
        <w:jc w:val="both"/>
        <w:rPr>
          <w:lang w:val="it-IT"/>
        </w:rPr>
      </w:pPr>
      <w:r w:rsidRPr="00226398">
        <w:rPr>
          <w:lang w:val="it-IT"/>
        </w:rPr>
        <w:t>che il soggetto interessato è regolarmente costituito ed esistente secondo la normativa applicabile;</w:t>
      </w:r>
    </w:p>
    <w:p w14:paraId="27C426DF" w14:textId="4FA5882C" w:rsidR="00A40A15" w:rsidRDefault="00000000" w:rsidP="0025099B">
      <w:pPr>
        <w:pStyle w:val="Paragrafoelenco"/>
        <w:numPr>
          <w:ilvl w:val="0"/>
          <w:numId w:val="11"/>
        </w:numPr>
        <w:spacing w:after="0" w:line="360" w:lineRule="auto"/>
        <w:ind w:left="828" w:hanging="357"/>
        <w:jc w:val="both"/>
        <w:rPr>
          <w:lang w:val="it-IT"/>
        </w:rPr>
      </w:pPr>
      <w:r w:rsidRPr="00226398">
        <w:rPr>
          <w:lang w:val="it-IT"/>
        </w:rPr>
        <w:lastRenderedPageBreak/>
        <w:t>che eventuali comunicazioni relative alla presente manifestazione d’interesse potranno essere inviate ai recapiti indicati nel presente modello.</w:t>
      </w:r>
    </w:p>
    <w:p w14:paraId="1943A8FA" w14:textId="77777777" w:rsidR="0025099B" w:rsidRPr="00226398" w:rsidRDefault="0025099B" w:rsidP="0025099B">
      <w:pPr>
        <w:pStyle w:val="Paragrafoelenco"/>
        <w:spacing w:after="0" w:line="240" w:lineRule="auto"/>
        <w:ind w:left="833"/>
        <w:jc w:val="both"/>
        <w:rPr>
          <w:lang w:val="it-IT"/>
        </w:rPr>
      </w:pPr>
    </w:p>
    <w:p w14:paraId="2B140E48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>5. Privacy e riservatezza</w:t>
      </w:r>
    </w:p>
    <w:p w14:paraId="105DF7A7" w14:textId="77777777" w:rsidR="0025099B" w:rsidRPr="0025099B" w:rsidRDefault="0025099B" w:rsidP="0025099B">
      <w:pPr>
        <w:rPr>
          <w:lang w:val="it-IT"/>
        </w:rPr>
      </w:pPr>
    </w:p>
    <w:p w14:paraId="3B74AEC2" w14:textId="77777777" w:rsidR="00A40A15" w:rsidRPr="004A4F52" w:rsidRDefault="00000000" w:rsidP="0025099B">
      <w:pPr>
        <w:spacing w:after="0" w:line="240" w:lineRule="auto"/>
        <w:jc w:val="both"/>
        <w:rPr>
          <w:lang w:val="it-IT"/>
        </w:rPr>
      </w:pPr>
      <w:r w:rsidRPr="004A4F52">
        <w:rPr>
          <w:lang w:val="it-IT"/>
        </w:rPr>
        <w:t>Il soggetto interessato dichiara di avere preso visione dell’informativa sul trattamento dei dati personali resa disponibile da AEM Cremona S.p.A. e prende atto che i dati personali saranno trattati per le finalità connesse alla gestione della presente indagine esplorativa, all’eventuale successiva procedura competitiva e agli adempimenti amministrativi, contabili e legali connessi.</w:t>
      </w:r>
    </w:p>
    <w:p w14:paraId="066110B6" w14:textId="77777777" w:rsidR="00A40A15" w:rsidRDefault="00000000" w:rsidP="0025099B">
      <w:pPr>
        <w:spacing w:after="0" w:line="240" w:lineRule="auto"/>
        <w:jc w:val="both"/>
        <w:rPr>
          <w:lang w:val="it-IT"/>
        </w:rPr>
      </w:pPr>
      <w:r w:rsidRPr="004A4F52">
        <w:rPr>
          <w:lang w:val="it-IT"/>
        </w:rPr>
        <w:t>Il soggetto interessato prende altresì atto che AEM Cremona S.p.A. potrà subordinare l’accesso a documenti, informazioni tecniche, elaborati, perizie, studi o sopralluoghi alla preventiva sottoscrizione di apposito impegno di riservatezza.</w:t>
      </w:r>
    </w:p>
    <w:p w14:paraId="1742130D" w14:textId="77777777" w:rsidR="0025099B" w:rsidRDefault="0025099B" w:rsidP="0025099B">
      <w:pPr>
        <w:spacing w:after="0" w:line="240" w:lineRule="auto"/>
        <w:jc w:val="both"/>
        <w:rPr>
          <w:lang w:val="it-IT"/>
        </w:rPr>
      </w:pPr>
    </w:p>
    <w:p w14:paraId="164466BE" w14:textId="77777777" w:rsidR="0025099B" w:rsidRPr="004A4F52" w:rsidRDefault="0025099B" w:rsidP="0025099B">
      <w:pPr>
        <w:spacing w:after="0" w:line="240" w:lineRule="auto"/>
        <w:jc w:val="both"/>
        <w:rPr>
          <w:lang w:val="it-IT"/>
        </w:rPr>
      </w:pPr>
    </w:p>
    <w:p w14:paraId="54CACD7D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>6. Documenti allegati alla presente manifestazione</w:t>
      </w:r>
    </w:p>
    <w:p w14:paraId="49162F44" w14:textId="77777777" w:rsidR="00226398" w:rsidRPr="00226398" w:rsidRDefault="00226398" w:rsidP="0025099B">
      <w:pPr>
        <w:spacing w:after="0" w:line="240" w:lineRule="auto"/>
        <w:rPr>
          <w:lang w:val="it-IT"/>
        </w:rPr>
      </w:pPr>
    </w:p>
    <w:p w14:paraId="033A172B" w14:textId="77777777" w:rsidR="00A40A15" w:rsidRPr="004A4F52" w:rsidRDefault="00000000" w:rsidP="0025099B">
      <w:pPr>
        <w:spacing w:after="0" w:line="360" w:lineRule="auto"/>
        <w:ind w:left="284"/>
        <w:jc w:val="both"/>
        <w:rPr>
          <w:lang w:val="it-IT"/>
        </w:rPr>
      </w:pPr>
      <w:r w:rsidRPr="004A4F52">
        <w:rPr>
          <w:lang w:val="it-IT"/>
        </w:rPr>
        <w:t>☐ copia del documento di identità del sottoscrittore;</w:t>
      </w:r>
    </w:p>
    <w:p w14:paraId="66978F88" w14:textId="77777777" w:rsidR="00A40A15" w:rsidRPr="004A4F52" w:rsidRDefault="00000000" w:rsidP="0025099B">
      <w:pPr>
        <w:spacing w:after="0" w:line="360" w:lineRule="auto"/>
        <w:ind w:left="284"/>
        <w:jc w:val="both"/>
        <w:rPr>
          <w:lang w:val="it-IT"/>
        </w:rPr>
      </w:pPr>
      <w:r w:rsidRPr="004A4F52">
        <w:rPr>
          <w:lang w:val="it-IT"/>
        </w:rPr>
        <w:t>☐ visura camerale aggiornata o documentazione equivalente, se persona giuridica, società, ente o consorzio;</w:t>
      </w:r>
    </w:p>
    <w:p w14:paraId="5F6A361D" w14:textId="77777777" w:rsidR="00A40A15" w:rsidRPr="004A4F52" w:rsidRDefault="00000000" w:rsidP="0025099B">
      <w:pPr>
        <w:spacing w:after="0" w:line="360" w:lineRule="auto"/>
        <w:ind w:left="284"/>
        <w:jc w:val="both"/>
        <w:rPr>
          <w:lang w:val="it-IT"/>
        </w:rPr>
      </w:pPr>
      <w:r w:rsidRPr="004A4F52">
        <w:rPr>
          <w:lang w:val="it-IT"/>
        </w:rPr>
        <w:t>☐ documentazione attestante i poteri di firma del sottoscrittore, ove non risultante dalla visura camerale;</w:t>
      </w:r>
    </w:p>
    <w:p w14:paraId="08AAE1FC" w14:textId="77777777" w:rsidR="00A40A15" w:rsidRPr="004A4F52" w:rsidRDefault="00000000" w:rsidP="0025099B">
      <w:pPr>
        <w:spacing w:after="0" w:line="360" w:lineRule="auto"/>
        <w:ind w:left="284"/>
        <w:jc w:val="both"/>
        <w:rPr>
          <w:lang w:val="it-IT"/>
        </w:rPr>
      </w:pPr>
      <w:r w:rsidRPr="004A4F52">
        <w:rPr>
          <w:lang w:val="it-IT"/>
        </w:rPr>
        <w:t>☐ eventuale procura o delega, ove la manifestazione sia sottoscritta da soggetto diverso dal legale rappresentante o dal diretto interessato;</w:t>
      </w:r>
    </w:p>
    <w:p w14:paraId="1EAC4628" w14:textId="77777777" w:rsidR="00A40A15" w:rsidRDefault="00000000" w:rsidP="0025099B">
      <w:pPr>
        <w:spacing w:after="0" w:line="360" w:lineRule="auto"/>
        <w:ind w:left="284"/>
        <w:jc w:val="both"/>
        <w:rPr>
          <w:lang w:val="it-IT"/>
        </w:rPr>
      </w:pPr>
      <w:r w:rsidRPr="004A4F52">
        <w:rPr>
          <w:lang w:val="it-IT"/>
        </w:rPr>
        <w:t>☐ eventuale ulteriore documentazione ritenuta utile dal soggetto interessato.</w:t>
      </w:r>
    </w:p>
    <w:p w14:paraId="5534A0B7" w14:textId="77777777" w:rsidR="0025099B" w:rsidRDefault="0025099B" w:rsidP="0025099B">
      <w:pPr>
        <w:spacing w:after="0" w:line="240" w:lineRule="auto"/>
        <w:ind w:left="283"/>
        <w:rPr>
          <w:lang w:val="it-IT"/>
        </w:rPr>
      </w:pPr>
    </w:p>
    <w:p w14:paraId="1350EC4F" w14:textId="77777777" w:rsidR="0025099B" w:rsidRPr="004A4F52" w:rsidRDefault="0025099B" w:rsidP="0025099B">
      <w:pPr>
        <w:spacing w:after="0" w:line="240" w:lineRule="auto"/>
        <w:ind w:left="283"/>
        <w:rPr>
          <w:lang w:val="it-IT"/>
        </w:rPr>
      </w:pPr>
    </w:p>
    <w:p w14:paraId="520C3C8E" w14:textId="77777777" w:rsidR="00A40A15" w:rsidRPr="0025099B" w:rsidRDefault="00000000" w:rsidP="0025099B">
      <w:pPr>
        <w:pStyle w:val="Titolo2"/>
        <w:spacing w:before="0" w:line="240" w:lineRule="auto"/>
        <w:rPr>
          <w:sz w:val="24"/>
          <w:szCs w:val="24"/>
          <w:lang w:val="it-IT"/>
        </w:rPr>
      </w:pPr>
      <w:r w:rsidRPr="0025099B">
        <w:rPr>
          <w:sz w:val="24"/>
          <w:szCs w:val="24"/>
          <w:lang w:val="it-IT"/>
        </w:rPr>
        <w:t>7. Recapito per le comunicazioni</w:t>
      </w:r>
    </w:p>
    <w:p w14:paraId="329E6938" w14:textId="77777777" w:rsidR="00226398" w:rsidRPr="00226398" w:rsidRDefault="00226398" w:rsidP="0025099B">
      <w:pPr>
        <w:spacing w:after="0" w:line="240" w:lineRule="auto"/>
        <w:rPr>
          <w:lang w:val="it-IT"/>
        </w:rPr>
      </w:pPr>
    </w:p>
    <w:p w14:paraId="3A7BED20" w14:textId="77777777" w:rsidR="00A40A15" w:rsidRPr="004A4F52" w:rsidRDefault="00000000" w:rsidP="0025099B">
      <w:pPr>
        <w:spacing w:after="0" w:line="360" w:lineRule="auto"/>
        <w:rPr>
          <w:lang w:val="it-IT"/>
        </w:rPr>
      </w:pPr>
      <w:r w:rsidRPr="004A4F52">
        <w:rPr>
          <w:lang w:val="it-IT"/>
        </w:rPr>
        <w:t>Il soggetto interessato indica quale recapito preferenziale per ogni comunicazione relativa alla presente manifestazione d’interesse:</w:t>
      </w:r>
    </w:p>
    <w:p w14:paraId="3F44C0CA" w14:textId="2826A3F6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PEC indicata al punto 1</w:t>
      </w:r>
      <w:r w:rsidR="0025099B">
        <w:rPr>
          <w:lang w:val="it-IT"/>
        </w:rPr>
        <w:t>;</w:t>
      </w:r>
    </w:p>
    <w:p w14:paraId="4BA4C8E5" w14:textId="6D6CEF1A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e-mail indicata al punto 1</w:t>
      </w:r>
      <w:r w:rsidR="0025099B">
        <w:rPr>
          <w:lang w:val="it-IT"/>
        </w:rPr>
        <w:t>;</w:t>
      </w:r>
    </w:p>
    <w:p w14:paraId="0BBBC5EC" w14:textId="77777777" w:rsidR="00A40A15" w:rsidRPr="004A4F52" w:rsidRDefault="00000000" w:rsidP="0025099B">
      <w:pPr>
        <w:spacing w:after="0" w:line="360" w:lineRule="auto"/>
        <w:ind w:left="283"/>
        <w:rPr>
          <w:lang w:val="it-IT"/>
        </w:rPr>
      </w:pPr>
      <w:r w:rsidRPr="004A4F52">
        <w:rPr>
          <w:lang w:val="it-IT"/>
        </w:rPr>
        <w:t>☐ altro recapito: ________________________________________________</w:t>
      </w:r>
    </w:p>
    <w:p w14:paraId="3DA4A236" w14:textId="0CAFCCD0" w:rsidR="00A40A15" w:rsidRPr="004A4F52" w:rsidRDefault="00000000">
      <w:pPr>
        <w:rPr>
          <w:lang w:val="it-IT"/>
        </w:rPr>
      </w:pPr>
      <w:r w:rsidRPr="004A4F52">
        <w:rPr>
          <w:b/>
          <w:lang w:val="it-IT"/>
        </w:rPr>
        <w:br/>
        <w:t xml:space="preserve">Luogo e data: </w:t>
      </w:r>
      <w:r w:rsidRPr="004A4F52">
        <w:rPr>
          <w:lang w:val="it-IT"/>
        </w:rPr>
        <w:t>____________________________________________________</w:t>
      </w:r>
    </w:p>
    <w:p w14:paraId="69A37F63" w14:textId="77777777" w:rsidR="00226398" w:rsidRDefault="00226398">
      <w:pPr>
        <w:jc w:val="right"/>
        <w:rPr>
          <w:b/>
          <w:lang w:val="it-IT"/>
        </w:rPr>
      </w:pPr>
    </w:p>
    <w:p w14:paraId="6FEFC349" w14:textId="39360D28" w:rsidR="00A40A15" w:rsidRPr="004A4F52" w:rsidRDefault="00000000">
      <w:pPr>
        <w:jc w:val="right"/>
        <w:rPr>
          <w:lang w:val="it-IT"/>
        </w:rPr>
      </w:pPr>
      <w:r w:rsidRPr="004A4F52">
        <w:rPr>
          <w:b/>
          <w:lang w:val="it-IT"/>
        </w:rPr>
        <w:t>Firma del soggetto interessato / legale rappresentante / procuratore</w:t>
      </w:r>
      <w:r w:rsidRPr="004A4F52">
        <w:rPr>
          <w:b/>
          <w:lang w:val="it-IT"/>
        </w:rPr>
        <w:br/>
      </w:r>
      <w:r w:rsidRPr="004A4F52">
        <w:rPr>
          <w:lang w:val="it-IT"/>
        </w:rPr>
        <w:br/>
        <w:t>_____________________________________________</w:t>
      </w:r>
    </w:p>
    <w:p w14:paraId="2229D0A5" w14:textId="77777777" w:rsidR="00226398" w:rsidRDefault="00226398">
      <w:pPr>
        <w:rPr>
          <w:b/>
          <w:lang w:val="it-IT"/>
        </w:rPr>
      </w:pPr>
    </w:p>
    <w:p w14:paraId="5C23C745" w14:textId="023764FC" w:rsidR="00A40A15" w:rsidRPr="004A4F52" w:rsidRDefault="00000000">
      <w:pPr>
        <w:rPr>
          <w:lang w:val="it-IT"/>
        </w:rPr>
      </w:pPr>
      <w:r w:rsidRPr="004A4F52">
        <w:rPr>
          <w:b/>
          <w:lang w:val="it-IT"/>
        </w:rPr>
        <w:t xml:space="preserve">Nota: </w:t>
      </w:r>
      <w:r w:rsidRPr="004A4F52">
        <w:rPr>
          <w:lang w:val="it-IT"/>
        </w:rPr>
        <w:t>la sottoscrizione può essere apposta con firma autografa, allegando copia del documento di identità del sottoscrittore, oppure con firma digitale ove trasmessa tramite PEC.</w:t>
      </w:r>
    </w:p>
    <w:sectPr w:rsidR="00A40A15" w:rsidRPr="004A4F52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19F4" w14:textId="77777777" w:rsidR="00EF6BFA" w:rsidRDefault="00EF6BFA">
      <w:pPr>
        <w:spacing w:after="0" w:line="240" w:lineRule="auto"/>
      </w:pPr>
      <w:r>
        <w:separator/>
      </w:r>
    </w:p>
  </w:endnote>
  <w:endnote w:type="continuationSeparator" w:id="0">
    <w:p w14:paraId="4F2CD037" w14:textId="77777777" w:rsidR="00EF6BFA" w:rsidRDefault="00EF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8728" w14:textId="77777777" w:rsidR="00A40A15" w:rsidRPr="004A4F52" w:rsidRDefault="00000000">
    <w:pPr>
      <w:pStyle w:val="Pidipagina"/>
      <w:jc w:val="center"/>
      <w:rPr>
        <w:lang w:val="it-IT"/>
      </w:rPr>
    </w:pPr>
    <w:r w:rsidRPr="004A4F52">
      <w:rPr>
        <w:sz w:val="16"/>
        <w:lang w:val="it-IT"/>
      </w:rPr>
      <w:t>Allegato A - Manifestazione d’interesse comparto Annonaria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20C0" w14:textId="77777777" w:rsidR="00EF6BFA" w:rsidRDefault="00EF6BFA">
      <w:pPr>
        <w:spacing w:after="0" w:line="240" w:lineRule="auto"/>
      </w:pPr>
      <w:r>
        <w:separator/>
      </w:r>
    </w:p>
  </w:footnote>
  <w:footnote w:type="continuationSeparator" w:id="0">
    <w:p w14:paraId="68EC8D65" w14:textId="77777777" w:rsidR="00EF6BFA" w:rsidRDefault="00EF6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5C7FA8"/>
    <w:multiLevelType w:val="hybridMultilevel"/>
    <w:tmpl w:val="855EFDDA"/>
    <w:lvl w:ilvl="0" w:tplc="1CB6DDD2">
      <w:start w:val="1"/>
      <w:numFmt w:val="bullet"/>
      <w:lvlText w:val="□"/>
      <w:lvlJc w:val="left"/>
      <w:pPr>
        <w:ind w:left="83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84067B4"/>
    <w:multiLevelType w:val="hybridMultilevel"/>
    <w:tmpl w:val="2E74722A"/>
    <w:lvl w:ilvl="0" w:tplc="1CB6DD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19302">
    <w:abstractNumId w:val="8"/>
  </w:num>
  <w:num w:numId="2" w16cid:durableId="1157653423">
    <w:abstractNumId w:val="6"/>
  </w:num>
  <w:num w:numId="3" w16cid:durableId="987710314">
    <w:abstractNumId w:val="5"/>
  </w:num>
  <w:num w:numId="4" w16cid:durableId="937255">
    <w:abstractNumId w:val="4"/>
  </w:num>
  <w:num w:numId="5" w16cid:durableId="40054013">
    <w:abstractNumId w:val="7"/>
  </w:num>
  <w:num w:numId="6" w16cid:durableId="904797500">
    <w:abstractNumId w:val="3"/>
  </w:num>
  <w:num w:numId="7" w16cid:durableId="356391792">
    <w:abstractNumId w:val="2"/>
  </w:num>
  <w:num w:numId="8" w16cid:durableId="182943437">
    <w:abstractNumId w:val="1"/>
  </w:num>
  <w:num w:numId="9" w16cid:durableId="1350520477">
    <w:abstractNumId w:val="0"/>
  </w:num>
  <w:num w:numId="10" w16cid:durableId="493493370">
    <w:abstractNumId w:val="10"/>
  </w:num>
  <w:num w:numId="11" w16cid:durableId="2021393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5C0"/>
    <w:rsid w:val="0015074B"/>
    <w:rsid w:val="00226398"/>
    <w:rsid w:val="0025099B"/>
    <w:rsid w:val="0029639D"/>
    <w:rsid w:val="003209F7"/>
    <w:rsid w:val="00326F90"/>
    <w:rsid w:val="003A2B9C"/>
    <w:rsid w:val="0045171D"/>
    <w:rsid w:val="00463ED7"/>
    <w:rsid w:val="004A4F52"/>
    <w:rsid w:val="00930AD8"/>
    <w:rsid w:val="00A40A15"/>
    <w:rsid w:val="00AA1D8D"/>
    <w:rsid w:val="00B47730"/>
    <w:rsid w:val="00CB0664"/>
    <w:rsid w:val="00DB57C2"/>
    <w:rsid w:val="00EF6B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92870"/>
  <w14:defaultImageDpi w14:val="300"/>
  <w15:docId w15:val="{459C6CF7-6129-45EC-B3BB-0115D784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 w:line="252" w:lineRule="auto"/>
    </w:pPr>
    <w:rPr>
      <w:rFonts w:ascii="Arial" w:eastAsia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4A4F5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4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mspa@pec.aemcremo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AEM Cremona SpA Pat</cp:lastModifiedBy>
  <cp:revision>6</cp:revision>
  <dcterms:created xsi:type="dcterms:W3CDTF">2026-06-23T11:38:00Z</dcterms:created>
  <dcterms:modified xsi:type="dcterms:W3CDTF">2026-06-23T14:44:00Z</dcterms:modified>
  <cp:category/>
</cp:coreProperties>
</file>